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وصف القصور العباسية على بن الجهم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دوخي فاطيمة/ بوقطة سهام/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الدولة العباسية/ الحضارة العباسية/ الحياة الأدبية/ الحياة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