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في القصة القرآنية - سورة يوسف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بوحبيلة إيمان/ شاقر ريمة/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الأسطورة/ الرمز/ الصورة الفنية/ الصورة القرآنية/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