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المسرح الشعلاي عند أحمد شوقي - مسرحية " مصرع كليوباترا " أنموذجا"-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بلمناعي هارون/ ضافري مفيدة/ سطوف عزوز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55ص.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80066811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المسرح/ المسرح الشعري/ المدونة/ المسرح النثري/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