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في شعر حسان بن ثابت قصيدة " بطيبة رسم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حلاوة فريدة/ كعواش زينب/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الإسلام/ الأخلاق/ القيمة/ حسان بن ثابت/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