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شعر"عثمان لوصيف" ديوان ولعينيك هذا الفيض"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عبير/ بعوش مريم/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الشعر الجزائري/ المرأة الحبيبة/ المرأة المدينة/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