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العتبات النصية في رواية دفء الملح لمصطفى تكاني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معزوزي وفاء/ معزوزي عفاف/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الرواية/ السيمياء/ الانزياح/ العتبات/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