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البنية السردية في القرآن الكريم قصة أهل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مودع عزام كريمة/ لعريبي سلاف/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الشخصية/ الاستباق/ 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