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نقد المرجعيات في رواية " مذنبون لون دمهم في كفي" للحبيب السايح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عبيد رميسة/ مرابط رجاء/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الدين/ السياسة/ الجنس/ المقدس و المدنس/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