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الخمرة عند المتصوفة ابن الفارض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عمروش جعفر/ بومزبر رابح/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الرموز الصوفية/ دلالة التصوف/ اللغة و الإيحاء/ خمريات ابن الفارض/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