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الرسالة عند الفضيل الورتلاني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سمية/ بوصبيعة سماح/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 العربي/ الإيجاز/ أدب الرسائل/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