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الأسطوري في قصيدة "صلوات في هيكل الحب" لأبي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بوعكاز أمال/ بوحداد فراح/ بوكاكرية هاجر(مشرفا)/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 والأدب/ الرموز الأسطورية/ النقد الأسطوري/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