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القص في ألف ليلة وليلة دراسة تطبيقية في حكاية حديث الجارية مع الملك ووزرائه السبعة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رقية/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الأجناس الأدبية/ الحكاية/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