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الفضاء المتخيل في الرحلة الجزائرية "الحسين بن محمد السعيد الورتيلاني"-أنموذجا-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لطون ليلى/ شليغوم سعاد/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الجزائري/ أدب الرحلات/ الفضاء/ الفضاءات المفتوحة/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