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الجزائرية من خلال فن الخطابة الطيب العقبي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 إبتسام/ بن داس لبنى/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مقاومة الاستعمار/ الطيب العقبي/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