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وصف الطبيعة من خلال الشعر الجاهلي معلقة امرؤ القيس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بلخلفة خديجة/ حوتة رحيمة/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الطبيعة الحية/ الطبيعة الصامتة/ القصصية/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