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خنساء"ياعين فيضي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اش إبتسام/ قارةفريد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نساء/ الأسلوبية/ الأسلوب/ الرثاء/ الخنساء في الا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