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رحزية السرد في رواية "يسار بن الأعسر" - للأزهر عطية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مباركي آية/ لحواس رقية/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بنية الزمن/ السرد/ الفضاء/ الكتابة الرمزية/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