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الصوفي في شعر "أبي مدين شعيب"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مديحة/ بوترعة منصور هدى/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الخمر/ الروح/ الرطل/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