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لامية الأعشي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صولي منيرة/ لموالدي سمية/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شعر الأعشى/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