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نماذج من الحجاج في القرآن "قصة إبراهيم أنموذجا" - 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الاستدلال/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