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معجم فقه اللغة وسر العربية للثعالبي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رانيا/ مغزيلي كوثر/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المداخل/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