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 الأنثى في التائية الصغرى لإبن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 عبد الله أبية/ بولعراس صفاء/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الرمز/ الحقول الدلالية/ الرموز الشعرية/ الخطاب الصوفي/ الرمز الأنثوي/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