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التقديم والتأخير في سورة التكوير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جودي إيمان/ عميمور سميرة/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المبتدأ/ الخبر/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