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 web dynamique pour la réservation des chambres d'hotels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HAMOUD Nour el houda/ Boukhchem nadhir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Technologie internet/ HTML, CSS, PHP and MYSQL/ Les réseaux d’informatiques/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