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d'une solution web assistant les administrateurs à la planification des réseaux IPV,IPV6 et les réseaux hybrides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Benzerafa Bilal/ BEN CHEIKH ALHOUCIN MADJED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HTML/ IPv4/ Les réseaux Hybrides/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