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d' électroménagers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Asma/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Technologie Web/ mysql/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