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forum web pour les étudiants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Bekhouche Ikram/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Technologie Web/ Implémentation/ Phase d’analyse/ Phase de conception/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