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données par le système cryptographique clé mixte : PGP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Nasreddin/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la cryptographie/ Algorithme IDEA/ PGP/ Algorithme RSA/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