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Evaliation des performance d'un réseau de télécommunication - étude de cas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LAOUAR Imane/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réseaux filaire/ réseau sans fils/ OSI/ TCP/IP/ les simulateurs des réseaux/ le Simulateur OPNET/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