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bibliothéque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Bouhemhem Fatima Zahra/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 langage UML/ Site web/ Terminologie Web/ Processus/ Digrammes de séquence système/ Démarche/ Langage HTML/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