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réservation en ligne dans un complexe touristique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Amina/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processus unifier/ Technologie internet/ Phase d’analyse/ Identification des acteurs/ les diagrammes d’interaction/ Diagramme de conception/ les interfaces de site/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