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Dévloppment et réalisation d'une application de gestion d' un cabinet medical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Chouggui Ahlem/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Diagramme de classe/ diagrammes d’UML/ Diagramme de séquence/ Les diagrammes de classe de Participent/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