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d'une Auto-école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Chebbat  Yehya/ abderrezak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Technologie Web/ UP/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