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Réalisation d'un client ftp compatible au serveur filezilla serveur - java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ZENIR Oussama/ Talai Meriem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00416911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Le protocole FTP/ Installation de FileZilla Server/ Implèmentation de client ftp/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