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djamel eddine/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diagrammes d’UML/ l’internet/ La technologie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