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d'une solution web qssistant les administrateurs à la planification des réseaux IPv4.IPv6 et les réseaux hybrides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Bounamous Madiha/ BEN CHEIKH ALHOUCIN MADJED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Conception du Site WEB/ le protocole IP/ Le protocoleIPv6/ Planification de réseaux/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