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 web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KHELLOUF khawla/ Salim Djaaboub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Technologie Web/ Modélisation UML/ Processus unifié (UP/ Langages de programmation/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