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la gestion des examens QCM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Bouchair Lokmane/ Merabet Adil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uml/ Site web/ Elaboration de diagrammes/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