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Developpement d'une application pour la gestion d'un cabinet medical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maamar radja/ Afri Faiza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00418011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UP/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