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 pour la gestion et la réservation d'un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BOUKERCHE 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Conception/ capturr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