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l'achat et la vente d'une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Bourekba Soumia/ Bouchekouf Asma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l’internet/ L’UML/ Le site Web/ les logiciels utilisés/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