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le site monumental de Djemila-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Fathi Amin chouki/ ATTIA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site de Djemila/ Les diagrammes d’UML/ Définition d’un Joomla/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