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la réservation en ligne dans un 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GUECHI nawal/ HETTAB Abd El Kamel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hôtel/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