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Sécurité des données par le système cryptographique à clé mixte:PGP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Hammouda Yaaqoub/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java/ NetBeans/ la cryptographie/ Algorithme IDEA/ Systéme PGP/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