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magasin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Bouabibsa Abdelaziz/ Gettiche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Diagrammes élaborés/ Le commerce électronique/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