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Développement d'un site web des petites annonces de vente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Fahci Rochdi/ Dib Abderrahim( encadreur)/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00419211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uml/ Le site Web/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