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de gradient avec projection pour optimisation sous contrainte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Hemimses Somia/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Problème d'optimisation/ Optimisation sans contraintes/ Optimisation sous contraintes/ Méthodes de descente/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