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inferentielle et echantion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djamaa ahlam/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statistique inférentielle/ Caractéristiques d'un échantillon/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