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Congruence et théorème des restes chinois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MERABET sara/ Khalfaoui Mohamed(encadereur)/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Congruence/ Théorème des restes Chinois/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