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de riesz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Boudis Radouane/ Benhabiles Hanane(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théorèmes généraux/ Le Théoréme de Riesz/ Opérateur Bornés/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